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ＭＳ ゴシック" w:hAnsi="ＭＳ ゴシック" w:eastAsia="ＭＳ ゴシック" w:cs="ＭＳ ゴシック"/>
          <w:color w:val="7F7F7F"/>
          <w:sz w:val="18"/>
        </w:rPr>
        <w:t>【使い方】委任状です。受任者の欄は、出席する会員の氏名か「議長」です。規約で受任者が会員に限られるかを確かめてください。　【 】の所を書き換え、この灰色のメモは消してから印刷してください。</w:t>
      </w:r>
    </w:p>
    <w:p>
      <w:pPr>
        <w:spacing w:after="200"/>
        <w:jc w:val="center"/>
      </w:pPr>
      <w:r>
        <w:rPr>
          <w:rFonts w:ascii="ＭＳ ゴシック" w:hAnsi="ＭＳ ゴシック" w:eastAsia="ＭＳ ゴシック" w:cs="ＭＳ ゴシック"/>
          <w:b/>
          <w:sz w:val="32"/>
        </w:rPr>
        <w:t>委　任　状</w:t>
      </w:r>
    </w:p>
    <w:p>
      <w:pPr>
        <w:spacing w:after="200"/>
      </w:pPr>
      <w:r>
        <w:rPr>
          <w:rFonts w:ascii="ＭＳ 明朝" w:hAnsi="ＭＳ 明朝" w:eastAsia="ＭＳ 明朝" w:cs="ＭＳ 明朝"/>
          <w:b w:val="0"/>
        </w:rPr>
        <w:t>【団体名】【会長　氏名】　様</w:t>
      </w:r>
    </w:p>
    <w:p>
      <w:r>
        <w:rPr>
          <w:rFonts w:ascii="ＭＳ 明朝" w:hAnsi="ＭＳ 明朝" w:eastAsia="ＭＳ 明朝" w:cs="ＭＳ 明朝"/>
          <w:b w:val="0"/>
        </w:rPr>
        <w:t>私は、【令和○年○月○日】に開催される【団体名】【令和○年度 定期総会】に出席できないため、下の者を代理人と定め、総会の議決に関する一切の権限を委任します。</w:t>
      </w:r>
    </w:p>
    <w:p>
      <w:r>
        <w:rPr>
          <w:rFonts w:ascii="ＭＳ 明朝" w:hAnsi="ＭＳ 明朝" w:eastAsia="ＭＳ 明朝" w:cs="ＭＳ 明朝"/>
          <w:b w:val="0"/>
          <w:sz w:val="19"/>
        </w:rPr>
        <w:t>（どちらかに ○ をつけ、受任者を書いてください）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624"/>
        </w:trPr>
        <w:tc>
          <w:tcPr>
            <w:tcW w:type="dxa" w:w="680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  <w:tc>
          <w:tcPr>
            <w:tcW w:type="dxa" w:w="8731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  <w:t>議長に一任します</w:t>
            </w:r>
          </w:p>
        </w:tc>
      </w:tr>
      <w:tr>
        <w:trPr>
          <w:trHeight w:val="624"/>
        </w:trPr>
        <w:tc>
          <w:tcPr>
            <w:tcW w:type="dxa" w:w="680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  <w:tc>
          <w:tcPr>
            <w:tcW w:type="dxa" w:w="8731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  <w:t>次の会員に委任します　　受任者の氏名（　　　　　　　　　　　　　　　　）</w:t>
            </w:r>
          </w:p>
        </w:tc>
      </w:tr>
    </w:tbl>
    <w:p/>
    <w:p>
      <w:pPr>
        <w:spacing w:after="160"/>
        <w:jc w:val="right"/>
      </w:pPr>
      <w:r>
        <w:rPr>
          <w:rFonts w:ascii="ＭＳ 明朝" w:hAnsi="ＭＳ 明朝" w:eastAsia="ＭＳ 明朝" w:cs="ＭＳ 明朝"/>
          <w:b w:val="0"/>
        </w:rPr>
        <w:t>令和　　年　　月　　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680"/>
        </w:trPr>
        <w:tc>
          <w:tcPr>
            <w:tcW w:type="dxa" w:w="2268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  <w:t>会員番号</w:t>
            </w:r>
          </w:p>
        </w:tc>
        <w:tc>
          <w:tcPr>
            <w:tcW w:type="dxa" w:w="7143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</w:tr>
      <w:tr>
        <w:trPr>
          <w:trHeight w:val="680"/>
        </w:trPr>
        <w:tc>
          <w:tcPr>
            <w:tcW w:type="dxa" w:w="2268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  <w:t>世帯・班</w:t>
            </w:r>
          </w:p>
        </w:tc>
        <w:tc>
          <w:tcPr>
            <w:tcW w:type="dxa" w:w="7143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</w:tr>
      <w:tr>
        <w:trPr>
          <w:trHeight w:val="680"/>
        </w:trPr>
        <w:tc>
          <w:tcPr>
            <w:tcW w:type="dxa" w:w="2268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  <w:t>氏　名（自署）</w:t>
            </w:r>
          </w:p>
        </w:tc>
        <w:tc>
          <w:tcPr>
            <w:tcW w:type="dxa" w:w="7143"/>
          </w:tcPr>
          <w:p>
            <w:r/>
            <w:r>
              <w:rPr>
                <w:rFonts w:ascii="ＭＳ 明朝" w:hAnsi="ＭＳ 明朝" w:eastAsia="ＭＳ 明朝" w:cs="ＭＳ 明朝"/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rFonts w:ascii="ＭＳ ゴシック" w:hAnsi="ＭＳ ゴシック" w:eastAsia="ＭＳ ゴシック" w:cs="ＭＳ ゴシック"/>
          <w:b/>
          <w:sz w:val="23"/>
        </w:rPr>
        <w:t>ご注意</w:t>
      </w:r>
    </w:p>
    <w:p>
      <w:r>
        <w:rPr>
          <w:rFonts w:ascii="ＭＳ 明朝" w:hAnsi="ＭＳ 明朝" w:eastAsia="ＭＳ 明朝" w:cs="ＭＳ 明朝"/>
          <w:b w:val="0"/>
        </w:rPr>
        <w:t>・受任者を書かずに出された場合の扱いは【議長に一任したものとして扱います（規約・役員会の決まりに合わせて書き換え）】。</w:t>
      </w:r>
    </w:p>
    <w:p>
      <w:r>
        <w:rPr>
          <w:rFonts w:ascii="ＭＳ 明朝" w:hAnsi="ＭＳ 明朝" w:eastAsia="ＭＳ 明朝" w:cs="ＭＳ 明朝"/>
          <w:b w:val="0"/>
        </w:rPr>
        <w:t>・受任者に指名した方が欠席した場合の扱いは【議長に一任したものとして扱います（同上）】。</w:t>
      </w:r>
    </w:p>
    <w:p>
      <w:r>
        <w:rPr>
          <w:rFonts w:ascii="ＭＳ 明朝" w:hAnsi="ＭＳ 明朝" w:eastAsia="ＭＳ 明朝" w:cs="ＭＳ 明朝"/>
          <w:b w:val="0"/>
        </w:rPr>
        <w:t>・ご本人が当日出席された場合、この委任状は使いません。</w:t>
      </w:r>
    </w:p>
    <w:p>
      <w:r>
        <w:rPr>
          <w:rFonts w:ascii="ＭＳ 明朝" w:hAnsi="ＭＳ 明朝" w:eastAsia="ＭＳ 明朝" w:cs="ＭＳ 明朝"/>
          <w:b w:val="0"/>
        </w:rPr>
        <w:t>・書面表決書と両方は出さないでください。</w:t>
      </w:r>
    </w:p>
    <w:p>
      <w:r>
        <w:rPr>
          <w:rFonts w:ascii="ＭＳ 明朝" w:hAnsi="ＭＳ 明朝" w:eastAsia="ＭＳ 明朝" w:cs="ＭＳ 明朝"/>
          <w:b w:val="0"/>
        </w:rPr>
        <w:t>・提出先・締切: 【提出先】へ【○月○日（○）】まで。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300" w:lineRule="auto"/>
    </w:pPr>
    <w:rPr>
      <w:rFonts w:ascii="ＭＳ 明朝" w:hAnsi="ＭＳ 明朝" w:eastAsia="ＭＳ 明朝" w:cs="ＭＳ 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ＭＳ ゴシック" w:hAnsi="ＭＳ ゴシック" w:eastAsia="ＭＳ ゴシック" w:cs="ＭＳ ゴシック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ＭＳ ゴシック" w:hAnsi="ＭＳ ゴシック" w:eastAsia="ＭＳ ゴシック" w:cs="ＭＳ ゴシック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ＭＳ ゴシック" w:hAnsi="ＭＳ ゴシック" w:eastAsia="ＭＳ ゴシック" w:cs="ＭＳ ゴシック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